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AA16F" w14:textId="77777777" w:rsidR="007B13EB" w:rsidRDefault="00000000">
      <w:pPr>
        <w:spacing w:after="40"/>
        <w:jc w:val="center"/>
      </w:pPr>
      <w:r>
        <w:rPr>
          <w:b/>
          <w:color w:val="1F4E78"/>
          <w:sz w:val="38"/>
        </w:rPr>
        <w:t>PRIJAVNI LIST</w:t>
      </w:r>
    </w:p>
    <w:p w14:paraId="33C0000F" w14:textId="77777777" w:rsidR="007B13EB" w:rsidRDefault="00000000">
      <w:pPr>
        <w:spacing w:after="40"/>
        <w:jc w:val="center"/>
      </w:pPr>
      <w:r>
        <w:rPr>
          <w:b/>
          <w:color w:val="000000"/>
          <w:sz w:val="25"/>
        </w:rPr>
        <w:t>3-dnevni avtobusni izlet po Dalmaciji in Hercegovini</w:t>
      </w:r>
    </w:p>
    <w:p w14:paraId="67CF0608" w14:textId="77777777" w:rsidR="007B13EB" w:rsidRDefault="00000000">
      <w:pPr>
        <w:spacing w:after="160"/>
        <w:jc w:val="center"/>
      </w:pPr>
      <w:r>
        <w:rPr>
          <w:color w:val="666666"/>
          <w:sz w:val="19"/>
        </w:rPr>
        <w:t>Trogir • Makarska • Neum • Mostar • Međugorje • delta Neretve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7B13EB" w14:paraId="295C05F0" w14:textId="77777777">
        <w:tc>
          <w:tcPr>
            <w:tcW w:w="4989" w:type="dxa"/>
            <w:shd w:val="clear" w:color="auto" w:fill="1F4E7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C273ECB" w14:textId="77777777" w:rsidR="007B13EB" w:rsidRDefault="00000000">
            <w:pPr>
              <w:jc w:val="center"/>
            </w:pPr>
            <w:r>
              <w:rPr>
                <w:b/>
                <w:color w:val="FFFFFF"/>
              </w:rPr>
              <w:t>TERMIN: 23.–25. oktober 2026</w:t>
            </w:r>
          </w:p>
        </w:tc>
        <w:tc>
          <w:tcPr>
            <w:tcW w:w="4989" w:type="dxa"/>
            <w:shd w:val="clear" w:color="auto" w:fill="1F4E78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8A0BC13" w14:textId="77777777" w:rsidR="007B13EB" w:rsidRDefault="00000000">
            <w:pPr>
              <w:jc w:val="center"/>
            </w:pPr>
            <w:r>
              <w:rPr>
                <w:b/>
                <w:color w:val="FFFFFF"/>
              </w:rPr>
              <w:t>ODHODNO MESTO: po dogovoru</w:t>
            </w:r>
          </w:p>
        </w:tc>
      </w:tr>
    </w:tbl>
    <w:p w14:paraId="4A5C8448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1. PODATKI UDELEŽENCA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7B13EB" w14:paraId="6AFE7D3C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A4B8B8E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Ime in priimek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1F35B8C7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14FF4D5B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01769EC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Datum rojstva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5D4757C7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</w:t>
            </w:r>
          </w:p>
        </w:tc>
      </w:tr>
      <w:tr w:rsidR="007B13EB" w14:paraId="79803017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21474A4B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Naslov in kraj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F9D57E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16F6A721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5C1E315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Telefonska številka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A3178DE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</w:t>
            </w:r>
          </w:p>
        </w:tc>
      </w:tr>
      <w:tr w:rsidR="007B13EB" w14:paraId="287B3A7A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F766599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E-poštni naslov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C24526F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</w:tbl>
    <w:p w14:paraId="1A7F1F1B" w14:textId="77777777" w:rsidR="007B13EB" w:rsidRDefault="007B13EB">
      <w:pPr>
        <w:spacing w:after="0"/>
      </w:pPr>
    </w:p>
    <w:p w14:paraId="19D91EE9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2. NAMESTITEV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6803"/>
      </w:tblGrid>
      <w:tr w:rsidR="007B13EB" w14:paraId="1B3DFC7C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9838ACA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Izbira sobe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06703F6D" w14:textId="77777777" w:rsidR="007B13EB" w:rsidRDefault="00000000">
            <w:pPr>
              <w:spacing w:after="0"/>
            </w:pPr>
            <w:r>
              <w:rPr>
                <w:color w:val="000000"/>
              </w:rPr>
              <w:t>☐ Enoposteljna soba – doplačilo 52 €     ☐ Dvoposteljna soba</w:t>
            </w:r>
          </w:p>
        </w:tc>
      </w:tr>
      <w:tr w:rsidR="007B13EB" w14:paraId="08C34C61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340BEA41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Soba z osebo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82684D9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  <w:tr w:rsidR="007B13EB" w14:paraId="394DE7EE" w14:textId="77777777">
        <w:tc>
          <w:tcPr>
            <w:tcW w:w="2835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755ED05" w14:textId="77777777" w:rsidR="007B13EB" w:rsidRDefault="00000000">
            <w:pPr>
              <w:spacing w:after="0"/>
            </w:pPr>
            <w:r>
              <w:rPr>
                <w:b/>
                <w:color w:val="1F4E78"/>
                <w:sz w:val="19"/>
              </w:rPr>
              <w:t>Prehrana / posebnosti</w:t>
            </w:r>
          </w:p>
        </w:tc>
        <w:tc>
          <w:tcPr>
            <w:tcW w:w="6803" w:type="dxa"/>
            <w:tcMar>
              <w:top w:w="110" w:type="dxa"/>
              <w:left w:w="140" w:type="dxa"/>
              <w:bottom w:w="110" w:type="dxa"/>
              <w:right w:w="140" w:type="dxa"/>
            </w:tcMar>
            <w:vAlign w:val="center"/>
          </w:tcPr>
          <w:p w14:paraId="4672B31B" w14:textId="77777777" w:rsidR="007B13EB" w:rsidRDefault="00000000">
            <w:pPr>
              <w:spacing w:after="0"/>
            </w:pPr>
            <w:r>
              <w:rPr>
                <w:color w:val="000000"/>
              </w:rPr>
              <w:t>____________________________________________________________</w:t>
            </w:r>
          </w:p>
        </w:tc>
      </w:tr>
    </w:tbl>
    <w:p w14:paraId="7CC7561F" w14:textId="77777777" w:rsidR="007B13EB" w:rsidRDefault="007B13EB">
      <w:pPr>
        <w:spacing w:after="0"/>
      </w:pPr>
    </w:p>
    <w:p w14:paraId="063FDA1A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3. DODATNO ZAVAROVANJE ODPOVEDI</w:t>
      </w:r>
    </w:p>
    <w:p w14:paraId="5A9ECE37" w14:textId="1C48FF4E" w:rsidR="007B13EB" w:rsidRDefault="00000000">
      <w:pPr>
        <w:spacing w:after="60"/>
      </w:pPr>
      <w:r>
        <w:rPr>
          <w:color w:val="000000"/>
          <w:sz w:val="20"/>
        </w:rPr>
        <w:t>Želim skleniti dodatno zavarovanje za primer odpovedi v višini 5 % cene aranžmaja</w:t>
      </w:r>
      <w:r w:rsidR="000C26A6">
        <w:rPr>
          <w:color w:val="000000"/>
          <w:sz w:val="20"/>
        </w:rPr>
        <w:t xml:space="preserve"> (14 EUR)</w:t>
      </w:r>
      <w:r>
        <w:rPr>
          <w:color w:val="000000"/>
          <w:sz w:val="20"/>
        </w:rPr>
        <w:t>:</w:t>
      </w:r>
    </w:p>
    <w:p w14:paraId="195A0BB8" w14:textId="77777777" w:rsidR="007B13EB" w:rsidRDefault="00000000">
      <w:pPr>
        <w:spacing w:after="40"/>
        <w:ind w:left="170"/>
      </w:pPr>
      <w:r>
        <w:rPr>
          <w:b/>
          <w:color w:val="000000"/>
        </w:rPr>
        <w:t>☐ DA, želim dodatno zavarovanje       ☐ NE, dodatnega zavarovanja ne želim</w:t>
      </w:r>
    </w:p>
    <w:p w14:paraId="2E804F5C" w14:textId="77777777" w:rsidR="007B13EB" w:rsidRDefault="00000000">
      <w:pPr>
        <w:spacing w:after="80"/>
      </w:pPr>
      <w:r>
        <w:rPr>
          <w:color w:val="666666"/>
          <w:sz w:val="17"/>
        </w:rPr>
        <w:t>Opomba: premija zavarovanja se prišteje ceni aranžmaja in po sklenitvi ni vračljiva. Kritje velja skladno s pogoji izbrane zavarovalnice.</w:t>
      </w:r>
    </w:p>
    <w:p w14:paraId="0B715B23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4. NAČIN PLAČILA</w:t>
      </w:r>
    </w:p>
    <w:p w14:paraId="16C1F19C" w14:textId="77777777" w:rsidR="007B13EB" w:rsidRDefault="00000000">
      <w:pPr>
        <w:spacing w:after="60"/>
        <w:ind w:left="170"/>
      </w:pPr>
      <w:r>
        <w:rPr>
          <w:color w:val="000000"/>
        </w:rPr>
        <w:t>☐ Plačilo celotnega zneska v enkratnem znesku</w:t>
      </w:r>
    </w:p>
    <w:p w14:paraId="295EA160" w14:textId="77777777" w:rsidR="007B13EB" w:rsidRDefault="00000000">
      <w:pPr>
        <w:ind w:left="170"/>
      </w:pPr>
      <w:r>
        <w:rPr>
          <w:color w:val="000000"/>
        </w:rPr>
        <w:t>☐ Plačilo v dveh delih: 30 % ob prijavi in 70 % najkasneje 14 dni pred odhodom</w:t>
      </w:r>
    </w:p>
    <w:p w14:paraId="2E61A017" w14:textId="77777777" w:rsidR="007B13EB" w:rsidRDefault="00000000">
      <w:pPr>
        <w:keepNext/>
        <w:spacing w:before="160" w:after="80"/>
      </w:pPr>
      <w:r>
        <w:rPr>
          <w:b/>
          <w:color w:val="1F4E78"/>
          <w:sz w:val="22"/>
        </w:rPr>
        <w:t>5. IZJAVA UDELEŽENCA</w:t>
      </w:r>
    </w:p>
    <w:p w14:paraId="72475F61" w14:textId="77777777" w:rsidR="007B13EB" w:rsidRDefault="00000000">
      <w:pPr>
        <w:spacing w:after="80"/>
      </w:pPr>
      <w:r>
        <w:rPr>
          <w:color w:val="000000"/>
          <w:sz w:val="17"/>
        </w:rPr>
        <w:t>S podpisom potrjujem pravilnost navedenih podatkov, seznanjen/-a sem s programom potovanja, plačilnimi pogoji in splošnimi pogoji organizatorja ter se z njimi strinjam. Dovoljujem, da Zavod Ronja moje osebne podatke obdeluje za namen izvedbe prijave, organizacije in izvedbe potovanja ter jih v nujnem obsegu posreduje izvajalcem storitev. Podatki se hranijo skladno z veljavno zakonodajo.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5159"/>
      </w:tblGrid>
      <w:tr w:rsidR="007B13EB" w14:paraId="2F58B5C7" w14:textId="77777777">
        <w:tc>
          <w:tcPr>
            <w:tcW w:w="4819" w:type="dxa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372301F4" w14:textId="77777777" w:rsidR="007B13EB" w:rsidRDefault="00000000">
            <w:r>
              <w:rPr>
                <w:color w:val="000000"/>
                <w:sz w:val="19"/>
              </w:rPr>
              <w:t>Kraj in datum: __________________________</w:t>
            </w:r>
          </w:p>
        </w:tc>
        <w:tc>
          <w:tcPr>
            <w:tcW w:w="4819" w:type="dxa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550EAEE7" w14:textId="77777777" w:rsidR="007B13EB" w:rsidRDefault="00000000">
            <w:r>
              <w:rPr>
                <w:color w:val="000000"/>
                <w:sz w:val="19"/>
              </w:rPr>
              <w:t>Podpis udeleženca: ______________________</w:t>
            </w:r>
          </w:p>
        </w:tc>
      </w:tr>
      <w:tr w:rsidR="007B13EB" w14:paraId="7FE9767E" w14:textId="77777777">
        <w:tc>
          <w:tcPr>
            <w:tcW w:w="9978" w:type="dxa"/>
            <w:gridSpan w:val="2"/>
            <w:tcMar>
              <w:top w:w="160" w:type="dxa"/>
              <w:left w:w="100" w:type="dxa"/>
              <w:bottom w:w="80" w:type="dxa"/>
              <w:right w:w="100" w:type="dxa"/>
            </w:tcMar>
          </w:tcPr>
          <w:p w14:paraId="79424F4F" w14:textId="77777777" w:rsidR="007B13EB" w:rsidRDefault="00000000">
            <w:r>
              <w:rPr>
                <w:color w:val="000000"/>
                <w:sz w:val="18"/>
              </w:rPr>
              <w:t>☐ Potrjujem navedeno izjavo in soglasje.</w:t>
            </w:r>
          </w:p>
        </w:tc>
      </w:tr>
    </w:tbl>
    <w:p w14:paraId="3A73B616" w14:textId="77777777" w:rsidR="007B13EB" w:rsidRDefault="00000000">
      <w:pPr>
        <w:spacing w:before="140" w:after="20"/>
        <w:jc w:val="center"/>
      </w:pPr>
      <w:r>
        <w:rPr>
          <w:b/>
          <w:color w:val="1F4E78"/>
        </w:rPr>
        <w:t>Prijave zbiramo do 1. septembra 2026 oziroma do zasedbe prostih mest.</w:t>
      </w:r>
    </w:p>
    <w:p w14:paraId="041D3CA4" w14:textId="77777777" w:rsidR="007B13EB" w:rsidRDefault="00000000">
      <w:pPr>
        <w:spacing w:after="20"/>
        <w:jc w:val="center"/>
      </w:pPr>
      <w:r>
        <w:rPr>
          <w:b/>
          <w:color w:val="1F4E78"/>
        </w:rPr>
        <w:t>Izpolnjen prijavni list pošljite na: dgn.ljubljana@siol.net</w:t>
      </w:r>
    </w:p>
    <w:p w14:paraId="70AC2077" w14:textId="77777777" w:rsidR="007B13EB" w:rsidRDefault="00000000">
      <w:pPr>
        <w:spacing w:after="0"/>
        <w:jc w:val="center"/>
      </w:pPr>
      <w:r>
        <w:rPr>
          <w:color w:val="666666"/>
          <w:sz w:val="17"/>
        </w:rPr>
        <w:t>Prijava je potrjena po prejemu prijavnega lista in zahtevanega plačila.</w:t>
      </w:r>
    </w:p>
    <w:sectPr w:rsidR="007B13EB" w:rsidSect="00034616">
      <w:headerReference w:type="default" r:id="rId8"/>
      <w:footerReference w:type="default" r:id="rId9"/>
      <w:pgSz w:w="11906" w:h="16838"/>
      <w:pgMar w:top="822" w:right="964" w:bottom="765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712F8" w14:textId="77777777" w:rsidR="007A19A1" w:rsidRDefault="007A19A1">
      <w:pPr>
        <w:spacing w:after="0" w:line="240" w:lineRule="auto"/>
      </w:pPr>
      <w:r>
        <w:separator/>
      </w:r>
    </w:p>
  </w:endnote>
  <w:endnote w:type="continuationSeparator" w:id="0">
    <w:p w14:paraId="6C38EA2F" w14:textId="77777777" w:rsidR="007A19A1" w:rsidRDefault="007A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51AB1" w14:textId="77777777" w:rsidR="007B13EB" w:rsidRDefault="00000000">
    <w:pPr>
      <w:pStyle w:val="Noga"/>
      <w:jc w:val="center"/>
    </w:pPr>
    <w:r>
      <w:rPr>
        <w:color w:val="666666"/>
        <w:sz w:val="16"/>
      </w:rPr>
      <w:t>ZAVOD RONJA • info@ronja-turizem.si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8804" w14:textId="77777777" w:rsidR="007A19A1" w:rsidRDefault="007A19A1">
      <w:pPr>
        <w:spacing w:after="0" w:line="240" w:lineRule="auto"/>
      </w:pPr>
      <w:r>
        <w:separator/>
      </w:r>
    </w:p>
  </w:footnote>
  <w:footnote w:type="continuationSeparator" w:id="0">
    <w:p w14:paraId="75C5C148" w14:textId="77777777" w:rsidR="007A19A1" w:rsidRDefault="007A1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1877A" w14:textId="77777777" w:rsidR="007B13EB" w:rsidRDefault="00000000">
    <w:pPr>
      <w:pStyle w:val="Glava"/>
      <w:jc w:val="right"/>
    </w:pPr>
    <w:r>
      <w:rPr>
        <w:b/>
        <w:color w:val="1F4E78"/>
        <w:sz w:val="17"/>
      </w:rPr>
      <w:t>ZAVOD RONJA | Ronja turizem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9144846">
    <w:abstractNumId w:val="8"/>
  </w:num>
  <w:num w:numId="2" w16cid:durableId="1733649688">
    <w:abstractNumId w:val="6"/>
  </w:num>
  <w:num w:numId="3" w16cid:durableId="303773726">
    <w:abstractNumId w:val="5"/>
  </w:num>
  <w:num w:numId="4" w16cid:durableId="58944836">
    <w:abstractNumId w:val="4"/>
  </w:num>
  <w:num w:numId="5" w16cid:durableId="947859778">
    <w:abstractNumId w:val="7"/>
  </w:num>
  <w:num w:numId="6" w16cid:durableId="1796631852">
    <w:abstractNumId w:val="3"/>
  </w:num>
  <w:num w:numId="7" w16cid:durableId="1294562433">
    <w:abstractNumId w:val="2"/>
  </w:num>
  <w:num w:numId="8" w16cid:durableId="49697123">
    <w:abstractNumId w:val="1"/>
  </w:num>
  <w:num w:numId="9" w16cid:durableId="99529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26A6"/>
    <w:rsid w:val="0015074B"/>
    <w:rsid w:val="0029639D"/>
    <w:rsid w:val="00326F90"/>
    <w:rsid w:val="007429E2"/>
    <w:rsid w:val="007A19A1"/>
    <w:rsid w:val="007B13E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E7D02"/>
  <w14:defaultImageDpi w14:val="300"/>
  <w15:docId w15:val="{20EFF004-3453-4E78-8DDE-4FB10543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 – Dalmacija in Hercegovina, 23.–25. oktober 2026</dc:title>
  <dc:subject>Prijavni obrazec za udeležence</dc:subject>
  <dc:creator>Zavod Ronja</dc:creator>
  <cp:keywords/>
  <dc:description>generated by python-docx</dc:description>
  <cp:lastModifiedBy>Valentin Jenko</cp:lastModifiedBy>
  <cp:revision>2</cp:revision>
  <dcterms:created xsi:type="dcterms:W3CDTF">2026-08-03T09:12:00Z</dcterms:created>
  <dcterms:modified xsi:type="dcterms:W3CDTF">2026-08-03T09:12:00Z</dcterms:modified>
  <cp:category/>
</cp:coreProperties>
</file>